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654"/>
      </w:tblGrid>
      <w:tr w:rsidR="00DF1CBC" w:rsidRPr="00F25EA0" w14:paraId="26CFAD54" w14:textId="7777777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12" w:space="8" w:color="666666"/>
            </w:tcBorders>
            <w:vAlign w:val="center"/>
          </w:tcPr>
          <w:p w14:paraId="395AEBE0" w14:textId="14B1FEE5" w:rsidR="00F25EA0" w:rsidRPr="00F25EA0" w:rsidRDefault="00F25EA0" w:rsidP="00F25EA0">
            <w:pPr>
              <w:jc w:val="center"/>
              <w:rPr>
                <w:b/>
                <w:sz w:val="30"/>
                <w:lang w:val="pt-BR"/>
              </w:rPr>
            </w:pPr>
            <w:r w:rsidRPr="00F25EA0">
              <w:rPr>
                <w:b/>
                <w:noProof/>
                <w:sz w:val="30"/>
                <w:lang w:val="pt-BR"/>
              </w:rPr>
              <w:drawing>
                <wp:inline distT="0" distB="0" distL="0" distR="0" wp14:anchorId="6A4A242E" wp14:editId="2E1FCAC0">
                  <wp:extent cx="1303020" cy="233045"/>
                  <wp:effectExtent l="0" t="0" r="0" b="0"/>
                  <wp:docPr id="120328338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6D843E" w14:textId="04997D9D" w:rsidR="00DF1CBC" w:rsidRDefault="00F25E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F0F0DC" wp14:editId="50A89590">
                  <wp:extent cx="1303020" cy="480695"/>
                  <wp:effectExtent l="0" t="0" r="0" b="0"/>
                  <wp:docPr id="191634329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48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</w:tcBorders>
            <w:vAlign w:val="center"/>
          </w:tcPr>
          <w:p w14:paraId="4D771AC3" w14:textId="6626772E" w:rsidR="00DF1CBC" w:rsidRPr="00F25EA0" w:rsidRDefault="00922BFB">
            <w:pPr>
              <w:jc w:val="center"/>
              <w:rPr>
                <w:lang w:val="pt-BR"/>
              </w:rPr>
            </w:pPr>
            <w:r w:rsidRPr="00F25EA0">
              <w:rPr>
                <w:b/>
                <w:sz w:val="26"/>
                <w:lang w:val="pt-BR"/>
              </w:rPr>
              <w:t>FICHA DE INSCRIÇÃO: CURSO DE PERÍCIA</w:t>
            </w:r>
          </w:p>
          <w:p w14:paraId="6D4A80C8" w14:textId="54EDF685" w:rsidR="00DF1CBC" w:rsidRPr="00F25EA0" w:rsidRDefault="00F25EA0">
            <w:pPr>
              <w:jc w:val="center"/>
              <w:rPr>
                <w:lang w:val="pt-BR"/>
              </w:rPr>
            </w:pPr>
            <w:r>
              <w:rPr>
                <w:b/>
                <w:sz w:val="20"/>
                <w:lang w:val="pt-BR"/>
              </w:rPr>
              <w:t xml:space="preserve">2º </w:t>
            </w:r>
            <w:r w:rsidR="00922BFB" w:rsidRPr="00F25EA0">
              <w:rPr>
                <w:b/>
                <w:sz w:val="20"/>
                <w:lang w:val="pt-BR"/>
              </w:rPr>
              <w:t>CURSO DE PERÍCIA E ASSISTÊNCIA TÉC. ECONÔMICO-FINANCEIRA,</w:t>
            </w:r>
            <w:r w:rsidR="00922BFB" w:rsidRPr="00F25EA0">
              <w:rPr>
                <w:b/>
                <w:sz w:val="20"/>
                <w:lang w:val="pt-BR"/>
              </w:rPr>
              <w:br/>
              <w:t>MEDIAÇÃO, ARBITRAGEM E RECUPERAÇÃO JUDICIAL</w:t>
            </w:r>
            <w:r>
              <w:rPr>
                <w:b/>
                <w:sz w:val="20"/>
                <w:lang w:val="pt-BR"/>
              </w:rPr>
              <w:t xml:space="preserve"> 2026</w:t>
            </w:r>
          </w:p>
          <w:p w14:paraId="5E3B5F9B" w14:textId="05DCCE81" w:rsidR="00DF1CBC" w:rsidRPr="00F25EA0" w:rsidRDefault="00922BFB">
            <w:pPr>
              <w:jc w:val="center"/>
              <w:rPr>
                <w:lang w:val="pt-BR"/>
              </w:rPr>
            </w:pPr>
            <w:r w:rsidRPr="00F25EA0">
              <w:rPr>
                <w:sz w:val="16"/>
                <w:lang w:val="pt-BR"/>
              </w:rPr>
              <w:t>Formato Virtual – CURITIBA/PR  |  84 horas aula – de 0</w:t>
            </w:r>
            <w:r w:rsidR="00F25EA0">
              <w:rPr>
                <w:sz w:val="16"/>
                <w:lang w:val="pt-BR"/>
              </w:rPr>
              <w:t>2 de outubro a 19 de dezembro</w:t>
            </w:r>
            <w:r w:rsidRPr="00F25EA0">
              <w:rPr>
                <w:sz w:val="16"/>
                <w:lang w:val="pt-BR"/>
              </w:rPr>
              <w:t xml:space="preserve"> de 2026</w:t>
            </w:r>
          </w:p>
        </w:tc>
      </w:tr>
    </w:tbl>
    <w:p w14:paraId="08393833" w14:textId="77777777" w:rsidR="00DF1CBC" w:rsidRPr="00F25EA0" w:rsidRDefault="00DF1CBC">
      <w:pPr>
        <w:rPr>
          <w:lang w:val="pt-BR"/>
        </w:rPr>
      </w:pPr>
    </w:p>
    <w:p w14:paraId="162DB759" w14:textId="77777777" w:rsidR="00DF1CBC" w:rsidRPr="00F25EA0" w:rsidRDefault="00922BFB">
      <w:pPr>
        <w:spacing w:before="100" w:after="60"/>
        <w:rPr>
          <w:lang w:val="pt-BR"/>
        </w:rPr>
      </w:pPr>
      <w:r w:rsidRPr="00F25EA0">
        <w:rPr>
          <w:b/>
          <w:sz w:val="20"/>
          <w:lang w:val="pt-BR"/>
        </w:rPr>
        <w:t>1. DADOS PESSOAIS</w:t>
      </w:r>
    </w:p>
    <w:p w14:paraId="72DF9B5C" w14:textId="77777777" w:rsidR="00DF1CBC" w:rsidRPr="00F25EA0" w:rsidRDefault="00922BFB">
      <w:pPr>
        <w:spacing w:after="40"/>
        <w:rPr>
          <w:lang w:val="pt-BR"/>
        </w:rPr>
      </w:pPr>
      <w:r w:rsidRPr="00F25EA0">
        <w:rPr>
          <w:lang w:val="pt-BR"/>
        </w:rPr>
        <w:t>Nome Completo: __________________________________________________________________________________</w:t>
      </w:r>
    </w:p>
    <w:p w14:paraId="075803F3" w14:textId="77777777" w:rsidR="00DF1CBC" w:rsidRPr="00F25EA0" w:rsidRDefault="00922BFB">
      <w:pPr>
        <w:spacing w:after="40"/>
        <w:rPr>
          <w:lang w:val="pt-BR"/>
        </w:rPr>
      </w:pPr>
      <w:r w:rsidRPr="00F25EA0">
        <w:rPr>
          <w:lang w:val="pt-BR"/>
        </w:rPr>
        <w:t>CPF: ______________________________   RG: ______________________________</w:t>
      </w:r>
    </w:p>
    <w:p w14:paraId="569C2791" w14:textId="77777777" w:rsidR="00DF1CBC" w:rsidRPr="00F25EA0" w:rsidRDefault="00922BFB">
      <w:pPr>
        <w:spacing w:after="40"/>
        <w:rPr>
          <w:lang w:val="pt-BR"/>
        </w:rPr>
      </w:pPr>
      <w:r w:rsidRPr="00F25EA0">
        <w:rPr>
          <w:lang w:val="pt-BR"/>
        </w:rPr>
        <w:t>E-mail: __________________________________________________________________________________________</w:t>
      </w:r>
    </w:p>
    <w:p w14:paraId="3FA6B88C" w14:textId="77777777" w:rsidR="00DF1CBC" w:rsidRPr="00F25EA0" w:rsidRDefault="00922BFB">
      <w:pPr>
        <w:spacing w:after="40"/>
        <w:rPr>
          <w:lang w:val="pt-BR"/>
        </w:rPr>
      </w:pPr>
      <w:r w:rsidRPr="00F25EA0">
        <w:rPr>
          <w:lang w:val="pt-BR"/>
        </w:rPr>
        <w:t>Celular (WhatsApp): ( ) __________________   Telefone Fixo: ( ) __________________</w:t>
      </w:r>
    </w:p>
    <w:p w14:paraId="7A02A8A6" w14:textId="77777777" w:rsidR="00DF1CBC" w:rsidRPr="00F25EA0" w:rsidRDefault="00922BFB">
      <w:pPr>
        <w:spacing w:after="40"/>
        <w:rPr>
          <w:lang w:val="pt-BR"/>
        </w:rPr>
      </w:pPr>
      <w:r w:rsidRPr="00F25EA0">
        <w:rPr>
          <w:lang w:val="pt-BR"/>
        </w:rPr>
        <w:t>Endereço: ______________________________________________   Bairro: ________________________________</w:t>
      </w:r>
    </w:p>
    <w:p w14:paraId="530CE7AF" w14:textId="77777777" w:rsidR="00DF1CBC" w:rsidRPr="00F25EA0" w:rsidRDefault="00922BFB">
      <w:pPr>
        <w:spacing w:after="40"/>
        <w:rPr>
          <w:lang w:val="pt-BR"/>
        </w:rPr>
      </w:pPr>
      <w:r w:rsidRPr="00F25EA0">
        <w:rPr>
          <w:lang w:val="pt-BR"/>
        </w:rPr>
        <w:t>Cidade: __________________________________   UF: ______   CEP: ______________________________</w:t>
      </w:r>
    </w:p>
    <w:p w14:paraId="3120F652" w14:textId="77777777" w:rsidR="00DF1CBC" w:rsidRPr="00F25EA0" w:rsidRDefault="00922BFB">
      <w:pPr>
        <w:spacing w:before="100" w:after="60"/>
        <w:rPr>
          <w:lang w:val="pt-BR"/>
        </w:rPr>
      </w:pPr>
      <w:r w:rsidRPr="00F25EA0">
        <w:rPr>
          <w:b/>
          <w:sz w:val="20"/>
          <w:lang w:val="pt-BR"/>
        </w:rPr>
        <w:t>2. MODALIDADE DE INSCRIÇÃO</w:t>
      </w:r>
    </w:p>
    <w:p w14:paraId="58968825" w14:textId="77777777" w:rsidR="00DF1CBC" w:rsidRPr="00F25EA0" w:rsidRDefault="00922BFB">
      <w:pPr>
        <w:spacing w:after="40"/>
        <w:rPr>
          <w:lang w:val="pt-BR"/>
        </w:rPr>
      </w:pPr>
      <w:r w:rsidRPr="00F25EA0">
        <w:rPr>
          <w:lang w:val="pt-BR"/>
        </w:rPr>
        <w:t>(Marque com um X a opção desejada)</w:t>
      </w:r>
    </w:p>
    <w:p w14:paraId="57C12DC5" w14:textId="1689CA44" w:rsidR="00DF1CBC" w:rsidRPr="00F25EA0" w:rsidRDefault="00922BFB">
      <w:pPr>
        <w:rPr>
          <w:lang w:val="pt-BR"/>
        </w:rPr>
      </w:pPr>
      <w:r w:rsidRPr="00F25EA0">
        <w:rPr>
          <w:lang w:val="pt-BR"/>
        </w:rPr>
        <w:t>[  ] CURSO TOTAL        [  ] CURSO POR MÓDULO</w:t>
      </w:r>
      <w:r w:rsidR="00F25EA0">
        <w:rPr>
          <w:lang w:val="pt-BR"/>
        </w:rPr>
        <w:t xml:space="preserve">  - </w:t>
      </w:r>
      <w:r w:rsidRPr="00F25EA0">
        <w:rPr>
          <w:lang w:val="pt-BR"/>
        </w:rPr>
        <w:t xml:space="preserve">Nome do módulo: </w:t>
      </w:r>
      <w:r w:rsidRPr="00F25EA0">
        <w:rPr>
          <w:lang w:val="pt-BR"/>
        </w:rPr>
        <w:t>________________________________________</w:t>
      </w:r>
    </w:p>
    <w:p w14:paraId="2905CD63" w14:textId="77777777" w:rsidR="00DF1CBC" w:rsidRPr="00F25EA0" w:rsidRDefault="00922BFB">
      <w:pPr>
        <w:spacing w:before="100" w:after="60"/>
        <w:rPr>
          <w:lang w:val="pt-BR"/>
        </w:rPr>
      </w:pPr>
      <w:r w:rsidRPr="00F25EA0">
        <w:rPr>
          <w:b/>
          <w:sz w:val="20"/>
          <w:lang w:val="pt-BR"/>
        </w:rPr>
        <w:t>3. CATEGORIA DO PROFISSIONAL</w:t>
      </w:r>
    </w:p>
    <w:p w14:paraId="5EA51B3E" w14:textId="77777777" w:rsidR="00DF1CBC" w:rsidRPr="00F25EA0" w:rsidRDefault="00922BFB">
      <w:pPr>
        <w:spacing w:after="40"/>
        <w:rPr>
          <w:lang w:val="pt-BR"/>
        </w:rPr>
      </w:pPr>
      <w:r w:rsidRPr="00F25EA0">
        <w:rPr>
          <w:lang w:val="pt-BR"/>
        </w:rPr>
        <w:t>(Marque com um X a sua categoria)</w:t>
      </w:r>
    </w:p>
    <w:p w14:paraId="7F12EFEA" w14:textId="77777777" w:rsidR="00DF1CBC" w:rsidRPr="00F25EA0" w:rsidRDefault="00922BFB">
      <w:pPr>
        <w:rPr>
          <w:lang w:val="pt-BR"/>
        </w:rPr>
      </w:pPr>
      <w:r w:rsidRPr="00F25EA0">
        <w:rPr>
          <w:lang w:val="pt-BR"/>
        </w:rPr>
        <w:t>[  ] ECONOMISTA   Registro Cofecon/Corecon nº: __________________________   ou filiado ao SINDECON-PR.</w:t>
      </w:r>
    </w:p>
    <w:p w14:paraId="148ACE69" w14:textId="77777777" w:rsidR="00DF1CBC" w:rsidRPr="00F25EA0" w:rsidRDefault="00922BFB">
      <w:pPr>
        <w:rPr>
          <w:lang w:val="pt-BR"/>
        </w:rPr>
      </w:pPr>
      <w:r w:rsidRPr="00F25EA0">
        <w:rPr>
          <w:lang w:val="pt-BR"/>
        </w:rPr>
        <w:t>[  ] ESTUDANTE DE ECONOMIA   Instituição: ______________________________   Matrícula nº: __________________</w:t>
      </w:r>
    </w:p>
    <w:p w14:paraId="2C1D42ED" w14:textId="77777777" w:rsidR="00DF1CBC" w:rsidRPr="00F25EA0" w:rsidRDefault="00922BFB">
      <w:pPr>
        <w:rPr>
          <w:lang w:val="pt-BR"/>
        </w:rPr>
      </w:pPr>
      <w:r w:rsidRPr="00F25EA0">
        <w:rPr>
          <w:lang w:val="pt-BR"/>
        </w:rPr>
        <w:t>[  ] OUTROS PROFISSIONAIS / CATEGORIAS</w:t>
      </w:r>
    </w:p>
    <w:p w14:paraId="799D3B16" w14:textId="77777777" w:rsidR="00DF1CBC" w:rsidRPr="00F25EA0" w:rsidRDefault="00922BFB">
      <w:pPr>
        <w:spacing w:before="100" w:after="60"/>
        <w:rPr>
          <w:lang w:val="pt-BR"/>
        </w:rPr>
      </w:pPr>
      <w:r w:rsidRPr="00F25EA0">
        <w:rPr>
          <w:b/>
          <w:sz w:val="20"/>
          <w:lang w:val="pt-BR"/>
        </w:rPr>
        <w:t>INFORMAÇÕES IMPORTANTES</w:t>
      </w:r>
    </w:p>
    <w:p w14:paraId="1FF0B5A7" w14:textId="77777777" w:rsidR="00DF1CBC" w:rsidRPr="00F25EA0" w:rsidRDefault="00922BFB">
      <w:pPr>
        <w:rPr>
          <w:lang w:val="pt-BR"/>
        </w:rPr>
      </w:pPr>
      <w:r w:rsidRPr="00F25EA0">
        <w:rPr>
          <w:lang w:val="pt-BR"/>
        </w:rPr>
        <w:t>• Conclusão da Inscrição: A vaga será garantida apenas após o envio desta ficha preenchida e a confirmação do pagamento.</w:t>
      </w:r>
    </w:p>
    <w:p w14:paraId="7075887A" w14:textId="77777777" w:rsidR="00DF1CBC" w:rsidRPr="00F25EA0" w:rsidRDefault="00922BFB">
      <w:pPr>
        <w:rPr>
          <w:lang w:val="pt-BR"/>
        </w:rPr>
      </w:pPr>
      <w:r w:rsidRPr="00F25EA0">
        <w:rPr>
          <w:lang w:val="pt-BR"/>
        </w:rPr>
        <w:t>• Envio: Encaminhe este documento para sindecon-pr@sindecon-pr.com.br.</w:t>
      </w:r>
    </w:p>
    <w:p w14:paraId="6801B517" w14:textId="77777777" w:rsidR="00DF1CBC" w:rsidRPr="00F25EA0" w:rsidRDefault="00922BFB">
      <w:pPr>
        <w:spacing w:before="100" w:after="60"/>
        <w:rPr>
          <w:lang w:val="pt-BR"/>
        </w:rPr>
      </w:pPr>
      <w:r w:rsidRPr="00F25EA0">
        <w:rPr>
          <w:b/>
          <w:sz w:val="20"/>
          <w:lang w:val="pt-BR"/>
        </w:rPr>
        <w:t>CONTATO E SUPORTE</w:t>
      </w:r>
    </w:p>
    <w:p w14:paraId="248D2E77" w14:textId="77777777" w:rsidR="00DF1CBC" w:rsidRPr="00F25EA0" w:rsidRDefault="00922BFB">
      <w:pPr>
        <w:rPr>
          <w:lang w:val="pt-BR"/>
        </w:rPr>
      </w:pPr>
      <w:r w:rsidRPr="00F25EA0">
        <w:rPr>
          <w:lang w:val="pt-BR"/>
        </w:rPr>
        <w:t>Telefone: (41) 3014-6031  |  WhatsApp: (41) 99233-7718</w:t>
      </w:r>
    </w:p>
    <w:p w14:paraId="573C4F6A" w14:textId="77777777" w:rsidR="00DF1CBC" w:rsidRPr="00F25EA0" w:rsidRDefault="00922BFB">
      <w:pPr>
        <w:rPr>
          <w:lang w:val="pt-BR"/>
        </w:rPr>
      </w:pPr>
      <w:r w:rsidRPr="00F25EA0">
        <w:rPr>
          <w:lang w:val="pt-BR"/>
        </w:rPr>
        <w:t>Atendimento: Segunda a sexta, das 13:00h às 18:00h.</w:t>
      </w:r>
    </w:p>
    <w:p w14:paraId="3FBF7A96" w14:textId="77777777" w:rsidR="00DF1CBC" w:rsidRPr="00F25EA0" w:rsidRDefault="00922BFB">
      <w:pPr>
        <w:jc w:val="center"/>
        <w:rPr>
          <w:lang w:val="pt-BR"/>
        </w:rPr>
      </w:pPr>
      <w:r w:rsidRPr="00F25EA0">
        <w:rPr>
          <w:b/>
          <w:sz w:val="16"/>
          <w:lang w:val="pt-BR"/>
        </w:rPr>
        <w:t>Realização: SINDECON-PR e CORECONPR   |   Coordenação: Núcleo de Perícias do CoreconPR</w:t>
      </w:r>
    </w:p>
    <w:sectPr w:rsidR="00DF1CBC" w:rsidRPr="00F25EA0" w:rsidSect="00034616">
      <w:pgSz w:w="12240" w:h="15840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6879537">
    <w:abstractNumId w:val="8"/>
  </w:num>
  <w:num w:numId="2" w16cid:durableId="1443384072">
    <w:abstractNumId w:val="6"/>
  </w:num>
  <w:num w:numId="3" w16cid:durableId="1625307018">
    <w:abstractNumId w:val="5"/>
  </w:num>
  <w:num w:numId="4" w16cid:durableId="1925800976">
    <w:abstractNumId w:val="4"/>
  </w:num>
  <w:num w:numId="5" w16cid:durableId="1771897314">
    <w:abstractNumId w:val="7"/>
  </w:num>
  <w:num w:numId="6" w16cid:durableId="252512201">
    <w:abstractNumId w:val="3"/>
  </w:num>
  <w:num w:numId="7" w16cid:durableId="441729546">
    <w:abstractNumId w:val="2"/>
  </w:num>
  <w:num w:numId="8" w16cid:durableId="58095619">
    <w:abstractNumId w:val="1"/>
  </w:num>
  <w:num w:numId="9" w16cid:durableId="530805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5F20"/>
    <w:rsid w:val="00326F90"/>
    <w:rsid w:val="004B0036"/>
    <w:rsid w:val="006171F0"/>
    <w:rsid w:val="00AA1D8D"/>
    <w:rsid w:val="00B47730"/>
    <w:rsid w:val="00BD52ED"/>
    <w:rsid w:val="00CB0664"/>
    <w:rsid w:val="00DF1CBC"/>
    <w:rsid w:val="00F25E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62CF1B"/>
  <w14:defaultImageDpi w14:val="300"/>
  <w15:docId w15:val="{72AD9559-FC61-4692-86B9-F1D8A815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Sindecon-PR</cp:lastModifiedBy>
  <cp:revision>2</cp:revision>
  <dcterms:created xsi:type="dcterms:W3CDTF">2026-09-21T19:07:00Z</dcterms:created>
  <dcterms:modified xsi:type="dcterms:W3CDTF">2026-09-21T19:07:00Z</dcterms:modified>
  <cp:category/>
</cp:coreProperties>
</file>